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3F89D" w14:textId="77777777" w:rsidR="00A326EF" w:rsidRPr="00980ABD" w:rsidRDefault="00980ABD">
      <w:pPr>
        <w:pStyle w:val="aa"/>
        <w:rPr>
          <w:lang w:val="ru-RU"/>
        </w:rPr>
      </w:pPr>
      <w:r w:rsidRPr="00980ABD">
        <w:rPr>
          <w:lang w:val="ru-RU"/>
        </w:rPr>
        <w:t>Приглашение на форум о будущем села</w:t>
      </w:r>
    </w:p>
    <w:p w14:paraId="6EE58935" w14:textId="77777777" w:rsidR="00A326EF" w:rsidRPr="00980ABD" w:rsidRDefault="00980ABD">
      <w:pPr>
        <w:rPr>
          <w:lang w:val="ru-RU"/>
        </w:rPr>
      </w:pPr>
      <w:r w:rsidRPr="00980ABD">
        <w:rPr>
          <w:b/>
          <w:lang w:val="ru-RU"/>
        </w:rPr>
        <w:t>2–3 октября 2026 года • Федеральный Сельсовет</w:t>
      </w:r>
    </w:p>
    <w:p w14:paraId="76CD9EED" w14:textId="1833C0A9" w:rsidR="00A326EF" w:rsidRPr="00980ABD" w:rsidRDefault="00980ABD">
      <w:pPr>
        <w:rPr>
          <w:lang w:val="ru-RU"/>
        </w:rPr>
      </w:pPr>
      <w:r w:rsidRPr="00980ABD">
        <w:rPr>
          <w:b/>
          <w:sz w:val="30"/>
          <w:lang w:val="ru-RU"/>
        </w:rPr>
        <w:t xml:space="preserve">Если урожай ведёт к убыткам, </w:t>
      </w:r>
      <w:r w:rsidRPr="00980ABD">
        <w:rPr>
          <w:b/>
          <w:sz w:val="30"/>
          <w:lang w:val="ru-RU"/>
        </w:rPr>
        <w:t xml:space="preserve">условия </w:t>
      </w:r>
      <w:r>
        <w:rPr>
          <w:b/>
          <w:sz w:val="30"/>
          <w:lang w:val="ru-RU"/>
        </w:rPr>
        <w:t>необходимо менять</w:t>
      </w:r>
      <w:r w:rsidRPr="00980ABD">
        <w:rPr>
          <w:b/>
          <w:sz w:val="30"/>
          <w:lang w:val="ru-RU"/>
        </w:rPr>
        <w:t>.</w:t>
      </w:r>
    </w:p>
    <w:p w14:paraId="4956E0DC" w14:textId="36E0B0A3" w:rsidR="00A326EF" w:rsidRPr="00980ABD" w:rsidRDefault="00980ABD">
      <w:pPr>
        <w:rPr>
          <w:lang w:val="ru-RU"/>
        </w:rPr>
      </w:pPr>
      <w:r w:rsidRPr="00980ABD">
        <w:rPr>
          <w:lang w:val="ru-RU"/>
        </w:rPr>
        <w:t xml:space="preserve">Хозяйству нужно платить людям, возвращать кредиты и готовить следующий сезон. Когда продажа продукции не </w:t>
      </w:r>
      <w:r w:rsidRPr="00980ABD">
        <w:rPr>
          <w:lang w:val="ru-RU"/>
        </w:rPr>
        <w:t>покрывает затрат, под угрозой оказывается всё</w:t>
      </w:r>
      <w:r w:rsidRPr="00980ABD">
        <w:rPr>
          <w:lang w:val="ru-RU"/>
        </w:rPr>
        <w:t>. Вместе с хозяйством село теряет работу, а российские заводы — покупателя техники.</w:t>
      </w:r>
    </w:p>
    <w:p w14:paraId="24FD2E04" w14:textId="77777777" w:rsidR="00A326EF" w:rsidRPr="00980ABD" w:rsidRDefault="00980ABD">
      <w:pPr>
        <w:rPr>
          <w:lang w:val="ru-RU"/>
        </w:rPr>
      </w:pPr>
      <w:r w:rsidRPr="00980ABD">
        <w:rPr>
          <w:lang w:val="ru-RU"/>
        </w:rPr>
        <w:t>2–3 октября Федеральный Сельсовет приглашает фермеров, кооперативы, переработчиков и производителей техники на форум Аграрно-</w:t>
      </w:r>
      <w:r w:rsidRPr="00980ABD">
        <w:rPr>
          <w:lang w:val="ru-RU"/>
        </w:rPr>
        <w:t>промышленного союза «Село России — продовольственная безопасность и возрождение промышленности». Приглашаем также специалистов и представителей органов власти, готовых разбирать конкретные предложения.</w:t>
      </w:r>
    </w:p>
    <w:p w14:paraId="1FDB1DFB" w14:textId="77777777" w:rsidR="00A326EF" w:rsidRPr="00980ABD" w:rsidRDefault="00980ABD">
      <w:pPr>
        <w:pStyle w:val="1"/>
        <w:rPr>
          <w:lang w:val="ru-RU"/>
        </w:rPr>
      </w:pPr>
      <w:r w:rsidRPr="00980ABD">
        <w:rPr>
          <w:lang w:val="ru-RU"/>
        </w:rPr>
        <w:t>Каких решений будем добиваться</w:t>
      </w:r>
    </w:p>
    <w:p w14:paraId="3419E772" w14:textId="77777777" w:rsidR="00A326EF" w:rsidRPr="00980ABD" w:rsidRDefault="00980ABD">
      <w:pPr>
        <w:keepLines/>
        <w:rPr>
          <w:lang w:val="ru-RU"/>
        </w:rPr>
      </w:pPr>
      <w:r w:rsidRPr="00980ABD">
        <w:rPr>
          <w:b/>
          <w:lang w:val="ru-RU"/>
        </w:rPr>
        <w:t>Доход от урожая и передышка по</w:t>
      </w:r>
      <w:r w:rsidRPr="00980ABD">
        <w:rPr>
          <w:b/>
          <w:lang w:val="ru-RU"/>
        </w:rPr>
        <w:t xml:space="preserve"> долгам. </w:t>
      </w:r>
      <w:r w:rsidRPr="00980ABD">
        <w:rPr>
          <w:lang w:val="ru-RU"/>
        </w:rPr>
        <w:t>Закупки зерна по цене, покрывающей затраты и позволяющей развиваться; годовая отсрочка кредитных и лизинговых платежей; предсказуемая цена топлива на сезон.</w:t>
      </w:r>
    </w:p>
    <w:p w14:paraId="60D0E245" w14:textId="77777777" w:rsidR="00A326EF" w:rsidRPr="00980ABD" w:rsidRDefault="00980ABD">
      <w:pPr>
        <w:keepLines/>
        <w:rPr>
          <w:lang w:val="ru-RU"/>
        </w:rPr>
      </w:pPr>
      <w:r w:rsidRPr="00980ABD">
        <w:rPr>
          <w:b/>
          <w:lang w:val="ru-RU"/>
        </w:rPr>
        <w:t xml:space="preserve">Возможность продавать и покупать вместе. </w:t>
      </w:r>
      <w:r w:rsidRPr="00980ABD">
        <w:rPr>
          <w:lang w:val="ru-RU"/>
        </w:rPr>
        <w:t>Общие партии продукции, выход малых хозяйств на э</w:t>
      </w:r>
      <w:r w:rsidRPr="00980ABD">
        <w:rPr>
          <w:lang w:val="ru-RU"/>
        </w:rPr>
        <w:t>кспорт, совместный заказ на российскую технику. Обсудим, какие условия для этого нужны и кто готов участвовать.</w:t>
      </w:r>
    </w:p>
    <w:p w14:paraId="48855372" w14:textId="77777777" w:rsidR="00A326EF" w:rsidRPr="00980ABD" w:rsidRDefault="00980ABD">
      <w:pPr>
        <w:keepLines/>
        <w:rPr>
          <w:lang w:val="ru-RU"/>
        </w:rPr>
      </w:pPr>
      <w:r w:rsidRPr="00980ABD">
        <w:rPr>
          <w:b/>
          <w:lang w:val="ru-RU"/>
        </w:rPr>
        <w:t xml:space="preserve">Правила, по которым можно работать. </w:t>
      </w:r>
      <w:r w:rsidRPr="00980ABD">
        <w:rPr>
          <w:lang w:val="ru-RU"/>
        </w:rPr>
        <w:t>Жильё для членов кооперативов, обоснованный расчёт экологического вреда, простой учёт животных и доступ к но</w:t>
      </w:r>
      <w:r w:rsidRPr="00980ABD">
        <w:rPr>
          <w:lang w:val="ru-RU"/>
        </w:rPr>
        <w:t>вым технологиям обработки зерна.</w:t>
      </w:r>
    </w:p>
    <w:p w14:paraId="3DDF2936" w14:textId="77777777" w:rsidR="00A326EF" w:rsidRPr="00980ABD" w:rsidRDefault="00980ABD">
      <w:pPr>
        <w:pStyle w:val="1"/>
        <w:rPr>
          <w:lang w:val="ru-RU"/>
        </w:rPr>
      </w:pPr>
      <w:r w:rsidRPr="00980ABD">
        <w:rPr>
          <w:lang w:val="ru-RU"/>
        </w:rPr>
        <w:t>Что должно остаться после форума</w:t>
      </w:r>
    </w:p>
    <w:p w14:paraId="353CCC91" w14:textId="77777777" w:rsidR="00A326EF" w:rsidRPr="00980ABD" w:rsidRDefault="00980ABD">
      <w:pPr>
        <w:rPr>
          <w:lang w:val="ru-RU"/>
        </w:rPr>
      </w:pPr>
      <w:r w:rsidRPr="00980ABD">
        <w:rPr>
          <w:lang w:val="ru-RU"/>
        </w:rPr>
        <w:t xml:space="preserve">По каждому предложению — конкретная мера, расчёт, ответственный орган и запрашиваемый срок решения. Подготовим резолюции Правительству и Государственной Думе. Обращения, полученные ответы и </w:t>
      </w:r>
      <w:r w:rsidRPr="00980ABD">
        <w:rPr>
          <w:lang w:val="ru-RU"/>
        </w:rPr>
        <w:t>дальнейшие действия будем показывать на площадке «Село. Время решений». Для совместных дел соберём тех, кто готов участвовать на понятных условиях.</w:t>
      </w:r>
    </w:p>
    <w:p w14:paraId="7880A93E" w14:textId="77777777" w:rsidR="00A326EF" w:rsidRPr="00980ABD" w:rsidRDefault="00980ABD">
      <w:pPr>
        <w:pStyle w:val="1"/>
        <w:rPr>
          <w:lang w:val="ru-RU"/>
        </w:rPr>
      </w:pPr>
      <w:r w:rsidRPr="00980ABD">
        <w:rPr>
          <w:lang w:val="ru-RU"/>
        </w:rPr>
        <w:t>Приходите со своим случаем или предложением</w:t>
      </w:r>
    </w:p>
    <w:p w14:paraId="7AE9B62B" w14:textId="77777777" w:rsidR="00A326EF" w:rsidRPr="00980ABD" w:rsidRDefault="00980ABD">
      <w:pPr>
        <w:rPr>
          <w:lang w:val="ru-RU"/>
        </w:rPr>
      </w:pPr>
      <w:r w:rsidRPr="00980ABD">
        <w:rPr>
          <w:lang w:val="ru-RU"/>
        </w:rPr>
        <w:t>Расскажите, что мешает вашему хозяйству, приведите цифры и укажи</w:t>
      </w:r>
      <w:r w:rsidRPr="00980ABD">
        <w:rPr>
          <w:lang w:val="ru-RU"/>
        </w:rPr>
        <w:t>те, какое изменение поможет. Предложите опыт, который уже сработал, или совместное дело: партию на продажу, закупку техники, переработку. Специалистам предлагаем помочь с расчётами и проверкой решений. Рассмотрим поступившие предложения при подготовке пове</w:t>
      </w:r>
      <w:r w:rsidRPr="00980ABD">
        <w:rPr>
          <w:lang w:val="ru-RU"/>
        </w:rPr>
        <w:t>стки.</w:t>
      </w:r>
    </w:p>
    <w:p w14:paraId="72FE7931" w14:textId="77777777" w:rsidR="00A326EF" w:rsidRPr="00980ABD" w:rsidRDefault="00980ABD">
      <w:pPr>
        <w:keepLines/>
        <w:rPr>
          <w:lang w:val="ru-RU"/>
        </w:rPr>
      </w:pPr>
      <w:r w:rsidRPr="00980ABD">
        <w:rPr>
          <w:b/>
          <w:lang w:val="ru-RU"/>
        </w:rPr>
        <w:t xml:space="preserve">Заявки и предложения — до 25 сентября. </w:t>
      </w:r>
      <w:r w:rsidRPr="00980ABD">
        <w:rPr>
          <w:lang w:val="ru-RU"/>
        </w:rPr>
        <w:t xml:space="preserve">Напишите на </w:t>
      </w:r>
      <w:r>
        <w:t xml:space="preserve">fed.sel-sovet@yandex.ru</w:t>
      </w:r>
      <w:r w:rsidRPr="00980ABD">
        <w:rPr>
          <w:lang w:val="ru-RU"/>
        </w:rPr>
        <w:t xml:space="preserve"> с темой «Форум 2–3 октября». Укажите имя, регион, хозяйство или организацию, контакт и суть предложения. Если хотите участвовать в форуме, напишите об этом отдельно.</w:t>
      </w:r>
    </w:p>
    <w:p w14:paraId="277C4A75" w14:textId="77777777" w:rsidR="00A326EF" w:rsidRPr="00980ABD" w:rsidRDefault="00980ABD">
      <w:pPr>
        <w:rPr>
          <w:lang w:val="ru-RU"/>
        </w:rPr>
      </w:pPr>
      <w:r w:rsidRPr="00980ABD">
        <w:rPr>
          <w:lang w:val="ru-RU"/>
        </w:rPr>
        <w:t>Город, площа</w:t>
      </w:r>
      <w:r w:rsidRPr="00980ABD">
        <w:rPr>
          <w:lang w:val="ru-RU"/>
        </w:rPr>
        <w:t xml:space="preserve">дка и формат участия будут сообщены дополнительно. Материалы подготовки — на сайте проекта «Село. Время решений»: </w:t>
      </w:r>
      <w:r>
        <w:t>problemy</w:t>
      </w:r>
      <w:r w:rsidRPr="00980ABD">
        <w:rPr>
          <w:lang w:val="ru-RU"/>
        </w:rPr>
        <w:t>-</w:t>
      </w:r>
      <w:r>
        <w:t>sela</w:t>
      </w:r>
      <w:r w:rsidRPr="00980ABD">
        <w:rPr>
          <w:lang w:val="ru-RU"/>
        </w:rPr>
        <w:t>.</w:t>
      </w:r>
      <w:r>
        <w:t>ru</w:t>
      </w:r>
      <w:r w:rsidRPr="00980ABD">
        <w:rPr>
          <w:lang w:val="ru-RU"/>
        </w:rPr>
        <w:t>.</w:t>
      </w:r>
    </w:p>
    <w:p w14:paraId="66413581" w14:textId="77777777" w:rsidR="00A326EF" w:rsidRDefault="00980ABD">
      <w:r w:rsidRPr="00980ABD">
        <w:rPr>
          <w:b/>
          <w:lang w:val="ru-RU"/>
        </w:rPr>
        <w:t xml:space="preserve">Ваш случай может стать основанием для решения, которое поможет многим. </w:t>
      </w:r>
      <w:r>
        <w:rPr>
          <w:b/>
        </w:rPr>
        <w:t>Включайтесь в подготовку сейчас.</w:t>
      </w:r>
    </w:p>
    <w:sectPr w:rsidR="00A326EF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0ABD"/>
    <w:rsid w:val="00A326E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B8CF5A"/>
  <w14:defaultImageDpi w14:val="300"/>
  <w15:docId w15:val="{4C086ADF-6242-4740-8D15-7CBDFF22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Calibri" w:hAnsi="Calibri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форум о будущем села</dc:title>
  <dc:subject/>
  <dc:creator/>
  <cp:keywords/>
  <dc:description>generated by python-docx</dc:description>
  <cp:lastModifiedBy>Igor Sim</cp:lastModifiedBy>
  <cp:revision>3</cp:revision>
  <dcterms:created xsi:type="dcterms:W3CDTF">2013-12-23T23:15:00Z</dcterms:created>
  <dcterms:modified xsi:type="dcterms:W3CDTF">2026-09-15T16:53:00Z</dcterms:modified>
  <cp:category/>
</cp:coreProperties>
</file>